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2622E"/>
          <w:sz w:val="17"/>
        </w:rPr>
        <w:t>EDITABLE TEMPLATE PACK</w:t>
      </w:r>
    </w:p>
    <w:p>
      <w:pPr>
        <w:spacing w:before="80" w:after="200"/>
      </w:pPr>
      <w:r>
        <w:rPr>
          <w:b/>
          <w:color w:val="12253C"/>
          <w:sz w:val="38"/>
        </w:rPr>
        <w:t>Start a Non-User Group</w:t>
      </w:r>
    </w:p>
    <w:p>
      <w:r>
        <w:rPr>
          <w:b w:val="0"/>
          <w:sz w:val="24"/>
        </w:rPr>
        <w:t>Nine ready-to-use documents for counselors and advisors.</w:t>
      </w:r>
    </w:p>
    <w:p/>
    <w:p>
      <w:r>
        <w:rPr>
          <w:b/>
          <w:sz w:val="20"/>
        </w:rPr>
        <w:t>HOW TO USE THIS FILE</w:t>
      </w:r>
    </w:p>
    <w:p>
      <w:r>
        <w:rPr>
          <w:b w:val="0"/>
          <w:sz w:val="20"/>
        </w:rPr>
        <w:t>Every template below is editable. Replace anything in [SQUARE BRACKETS] with your school's details, delete what you don't need, and add your school letterhead. Nothing here is legally reviewed — run the commitment agreement and accountability policy past your district before you use them.</w:t>
      </w:r>
    </w:p>
    <w:p/>
    <w:p>
      <w:r>
        <w:rPr>
          <w:b/>
          <w:sz w:val="20"/>
        </w:rPr>
        <w:t>CONTENTS</w:t>
      </w:r>
    </w:p>
    <w:p>
      <w:r>
        <w:rPr>
          <w:b w:val="0"/>
          <w:sz w:val="20"/>
        </w:rPr>
        <w:t>1.  Administration Approval Request</w:t>
      </w:r>
    </w:p>
    <w:p>
      <w:r>
        <w:rPr>
          <w:b w:val="0"/>
          <w:sz w:val="20"/>
        </w:rPr>
        <w:t>2.  Mission Statement &amp; By-Laws Worksheet</w:t>
      </w:r>
    </w:p>
    <w:p>
      <w:r>
        <w:rPr>
          <w:b w:val="0"/>
          <w:sz w:val="20"/>
        </w:rPr>
        <w:t>3.  Membership Requirements &amp; Accountability Policy</w:t>
      </w:r>
    </w:p>
    <w:p>
      <w:r>
        <w:rPr>
          <w:b w:val="0"/>
          <w:sz w:val="20"/>
        </w:rPr>
        <w:t>4.  Application of Intent</w:t>
      </w:r>
    </w:p>
    <w:p>
      <w:r>
        <w:rPr>
          <w:b w:val="0"/>
          <w:sz w:val="20"/>
        </w:rPr>
        <w:t>5.  Student &amp; Parent Commitment Agreement</w:t>
      </w:r>
    </w:p>
    <w:p>
      <w:r>
        <w:rPr>
          <w:b w:val="0"/>
          <w:sz w:val="20"/>
        </w:rPr>
        <w:t>6.  Community Service Log</w:t>
      </w:r>
    </w:p>
    <w:p>
      <w:r>
        <w:rPr>
          <w:b w:val="0"/>
          <w:sz w:val="20"/>
        </w:rPr>
        <w:t>7.  Business Sponsorship Letter</w:t>
      </w:r>
    </w:p>
    <w:p>
      <w:r>
        <w:rPr>
          <w:b w:val="0"/>
          <w:sz w:val="20"/>
        </w:rPr>
        <w:t>8.  Meeting Agenda Template</w:t>
      </w:r>
    </w:p>
    <w:p>
      <w:r>
        <w:rPr>
          <w:b w:val="0"/>
          <w:sz w:val="20"/>
        </w:rPr>
        <w:t>9.  Student Perception Survey</w:t>
      </w:r>
    </w:p>
    <w:p/>
    <w:p>
      <w:pPr>
        <w:spacing w:after="200"/>
      </w:pPr>
      <w:r>
        <w:rPr>
          <w:i/>
          <w:color w:val="6B7688"/>
          <w:sz w:val="19"/>
        </w:rPr>
        <w:t>Robert Hackenson Jr. · Dynamic Influence · dynamicinfluence.com</w:t>
      </w:r>
    </w:p>
    <w:p>
      <w:r>
        <w:br w:type="page"/>
      </w:r>
    </w:p>
    <w:p>
      <w:pPr>
        <w:spacing w:after="40"/>
      </w:pPr>
      <w:r>
        <w:rPr>
          <w:b/>
          <w:color w:val="F2622E"/>
          <w:sz w:val="17"/>
        </w:rPr>
        <w:t>TEMPLATE 1</w:t>
      </w:r>
    </w:p>
    <w:p>
      <w:pPr>
        <w:spacing w:before="80" w:after="200"/>
      </w:pPr>
      <w:r>
        <w:rPr>
          <w:b/>
          <w:color w:val="12253C"/>
          <w:sz w:val="38"/>
        </w:rPr>
        <w:t>Administration Approval Request</w:t>
      </w:r>
    </w:p>
    <w:p>
      <w:pPr>
        <w:spacing w:after="200"/>
      </w:pPr>
      <w:r>
        <w:rPr>
          <w:i/>
          <w:color w:val="6B7688"/>
          <w:sz w:val="19"/>
        </w:rPr>
        <w:t>Send to your principal or assistant principal. Keep it to one page.</w:t>
      </w:r>
    </w:p>
    <w:p>
      <w:r>
        <w:rPr>
          <w:b w:val="0"/>
          <w:sz w:val="22"/>
        </w:rPr>
        <w:t>[SCHOOL LETTERHEAD]</w:t>
      </w:r>
    </w:p>
    <w:p/>
    <w:p>
      <w:r>
        <w:rPr>
          <w:b w:val="0"/>
          <w:sz w:val="22"/>
        </w:rPr>
        <w:t>Date: [DATE]</w:t>
      </w:r>
    </w:p>
    <w:p>
      <w:r>
        <w:rPr>
          <w:b w:val="0"/>
          <w:sz w:val="22"/>
        </w:rPr>
        <w:t>To: [PRINCIPAL NAME], [TITLE]</w:t>
      </w:r>
    </w:p>
    <w:p>
      <w:r>
        <w:rPr>
          <w:b w:val="0"/>
          <w:sz w:val="22"/>
        </w:rPr>
        <w:t>From: [YOUR NAME], [YOUR TITLE]</w:t>
      </w:r>
    </w:p>
    <w:p>
      <w:r>
        <w:rPr>
          <w:b w:val="0"/>
          <w:sz w:val="22"/>
        </w:rPr>
        <w:t>Re: Request to establish a student non-user group</w:t>
      </w:r>
    </w:p>
    <w:p>
      <w:pPr>
        <w:spacing w:before="120" w:after="120"/>
      </w:pPr>
      <w:r>
        <w:rPr>
          <w:color w:val="D8DEE7"/>
        </w:rPr>
        <w:t>______________________________________________________________________________</w:t>
      </w:r>
    </w:p>
    <w:p>
      <w:r>
        <w:rPr>
          <w:b w:val="0"/>
          <w:sz w:val="22"/>
        </w:rPr>
        <w:t>Dear [PRINCIPAL NAME],</w:t>
      </w:r>
    </w:p>
    <w:p>
      <w:r>
        <w:rPr>
          <w:b w:val="0"/>
          <w:sz w:val="22"/>
        </w:rPr>
        <w:t>I am requesting approval to establish a new student group at [SCHOOL NAME]. The group would be made up of students who have committed to remaining free of alcohol, nicotine, and other substances, and who want to make that choice visible to their peers.</w:t>
      </w:r>
    </w:p>
    <w:p>
      <w:pPr>
        <w:spacing w:before="280" w:after="80"/>
      </w:pPr>
      <w:r>
        <w:rPr>
          <w:b/>
          <w:color w:val="12253C"/>
          <w:sz w:val="25"/>
        </w:rPr>
        <w:t>Why this group</w:t>
      </w:r>
    </w:p>
    <w:p>
      <w:r>
        <w:rPr>
          <w:b w:val="0"/>
          <w:sz w:val="22"/>
        </w:rPr>
        <w:t>In [MONTH YEAR] we surveyed [NUMBER] students in grades [RANGE]. Two findings stood out:</w:t>
      </w:r>
    </w:p>
    <w:p>
      <w:pPr>
        <w:pStyle w:val="ListBullet"/>
      </w:pPr>
      <w:r>
        <w:t>[X]% of students reported no substance use in the past 30 days.</w:t>
      </w:r>
    </w:p>
    <w:p>
      <w:pPr>
        <w:pStyle w:val="ListBullet"/>
      </w:pPr>
      <w:r>
        <w:t>Students estimated that [Y]% of their classmates were using — [Z] times the actual rate.</w:t>
      </w:r>
    </w:p>
    <w:p>
      <w:r>
        <w:rPr>
          <w:b w:val="0"/>
          <w:sz w:val="22"/>
        </w:rPr>
        <w:t>That gap matters. Research consistently finds that what students believe their peers are doing predicts their own use — in one 2025 study across nine schools, perceived norms predicted uptake more reliably than friends' actual behavior. A visible group of non-using students addresses that belief directly.</w:t>
      </w:r>
    </w:p>
    <w:p>
      <w:r>
        <w:rPr>
          <w:b w:val="0"/>
          <w:sz w:val="22"/>
        </w:rPr>
        <w:t>We also found that [NUMBER] students indicated they would join a group like this.</w:t>
      </w:r>
    </w:p>
    <w:p>
      <w:pPr>
        <w:spacing w:before="280" w:after="80"/>
      </w:pPr>
      <w:r>
        <w:rPr>
          <w:b/>
          <w:color w:val="12253C"/>
          <w:sz w:val="25"/>
        </w:rPr>
        <w:t>How it would work</w:t>
      </w:r>
    </w:p>
    <w:p>
      <w:pPr>
        <w:pStyle w:val="ListBullet"/>
      </w:pPr>
      <w:r>
        <w:t>Monthly meetings, held [WHEN/WHERE].</w:t>
      </w:r>
    </w:p>
    <w:p>
      <w:pPr>
        <w:pStyle w:val="ListBullet"/>
      </w:pPr>
      <w:r>
        <w:t>Membership by written application and interview, with a student and parent commitment agreement.</w:t>
      </w:r>
    </w:p>
    <w:p>
      <w:pPr>
        <w:pStyle w:val="ListBullet"/>
      </w:pPr>
      <w:r>
        <w:t>Requirements: [X] hours of community service, committee participation, meeting attendance, and remaining substance-free.</w:t>
      </w:r>
    </w:p>
    <w:p>
      <w:pPr>
        <w:pStyle w:val="ListBullet"/>
      </w:pPr>
      <w:r>
        <w:t>Student-run social activities funded by group fundraising and local business sponsorship.</w:t>
      </w:r>
    </w:p>
    <w:p>
      <w:pPr>
        <w:pStyle w:val="ListBullet"/>
      </w:pPr>
      <w:r>
        <w:t>Advisor: [ADVISOR NAME], who has committed to a minimum of two years.</w:t>
      </w:r>
    </w:p>
    <w:p>
      <w:pPr>
        <w:spacing w:before="280" w:after="80"/>
      </w:pPr>
      <w:r>
        <w:rPr>
          <w:b/>
          <w:color w:val="12253C"/>
          <w:sz w:val="25"/>
        </w:rPr>
        <w:t>What we are asking for</w:t>
      </w:r>
    </w:p>
    <w:p>
      <w:pPr>
        <w:pStyle w:val="ListBullet"/>
      </w:pPr>
      <w:r>
        <w:t>Approval to operate as a recognized student group</w:t>
      </w:r>
    </w:p>
    <w:p>
      <w:pPr>
        <w:pStyle w:val="ListBullet"/>
      </w:pPr>
      <w:r>
        <w:t>Meeting space [WHEN]</w:t>
      </w:r>
    </w:p>
    <w:p>
      <w:pPr>
        <w:pStyle w:val="ListBullet"/>
      </w:pPr>
      <w:r>
        <w:t>A place on the activities calendar</w:t>
      </w:r>
    </w:p>
    <w:p>
      <w:pPr>
        <w:pStyle w:val="ListBullet"/>
      </w:pPr>
      <w:r>
        <w:t>Permission to fundraise under existing school procedures</w:t>
      </w:r>
    </w:p>
    <w:p>
      <w:r>
        <w:rPr>
          <w:b w:val="0"/>
          <w:sz w:val="22"/>
        </w:rPr>
        <w:t>Any concern about a member's substance use is handled under the group's written accountability policy, which is attached. Concerns that involve dependence, distress or safety come to me immediately and follow [SCHOOL NAME]'s existing substance-use protocol.</w:t>
      </w:r>
    </w:p>
    <w:p>
      <w:r>
        <w:rPr>
          <w:b w:val="0"/>
          <w:sz w:val="22"/>
        </w:rPr>
        <w:t>I am glad to answer questions or present this to [ADMIN TEAM / SCHOOL COUNCIL].</w:t>
      </w:r>
    </w:p>
    <w:p/>
    <w:p>
      <w:r>
        <w:rPr>
          <w:b w:val="0"/>
          <w:sz w:val="22"/>
        </w:rPr>
        <w:t>Sincerely,</w:t>
      </w:r>
    </w:p>
    <w:p/>
    <w:p>
      <w:r>
        <w:rPr>
          <w:b w:val="0"/>
          <w:sz w:val="22"/>
        </w:rPr>
        <w:t>[YOUR NAME]</w:t>
      </w:r>
    </w:p>
    <w:p>
      <w:r>
        <w:rPr>
          <w:b w:val="0"/>
          <w:sz w:val="22"/>
        </w:rPr>
        <w:t>[YOUR TITLE]</w:t>
      </w:r>
    </w:p>
    <w:p>
      <w:r>
        <w:rPr>
          <w:b w:val="0"/>
          <w:sz w:val="22"/>
        </w:rPr>
        <w:t>[EMAIL] · [PHONE]</w:t>
      </w:r>
    </w:p>
    <w:p>
      <w:r>
        <w:br w:type="page"/>
      </w:r>
    </w:p>
    <w:p>
      <w:pPr>
        <w:spacing w:after="40"/>
      </w:pPr>
      <w:r>
        <w:rPr>
          <w:b/>
          <w:color w:val="F2622E"/>
          <w:sz w:val="17"/>
        </w:rPr>
        <w:t>TEMPLATE 2</w:t>
      </w:r>
    </w:p>
    <w:p>
      <w:pPr>
        <w:spacing w:before="80" w:after="200"/>
      </w:pPr>
      <w:r>
        <w:rPr>
          <w:b/>
          <w:color w:val="12253C"/>
          <w:sz w:val="38"/>
        </w:rPr>
        <w:t>Mission Statement &amp; By-Laws Worksheet</w:t>
      </w:r>
    </w:p>
    <w:p>
      <w:pPr>
        <w:spacing w:after="200"/>
      </w:pPr>
      <w:r>
        <w:rPr>
          <w:i/>
          <w:color w:val="6B7688"/>
          <w:sz w:val="19"/>
        </w:rPr>
        <w:t>Complete this WITH your founding students, not for them. A mission they wrote is one they defend.</w:t>
      </w:r>
    </w:p>
    <w:p>
      <w:pPr>
        <w:spacing w:before="280" w:after="80"/>
      </w:pPr>
      <w:r>
        <w:rPr>
          <w:b/>
          <w:color w:val="12253C"/>
          <w:sz w:val="25"/>
        </w:rPr>
        <w:t>Part 1 — Mission statement</w:t>
      </w:r>
    </w:p>
    <w:p>
      <w:r>
        <w:rPr>
          <w:b w:val="0"/>
          <w:sz w:val="22"/>
        </w:rPr>
        <w:t>One sentence. Name what you are trying to change.</w:t>
      </w:r>
    </w:p>
    <w:p/>
    <w:p>
      <w:r>
        <w:rPr>
          <w:b w:val="0"/>
          <w:sz w:val="20"/>
        </w:rPr>
        <w:t>The original group's mission was:</w:t>
      </w:r>
    </w:p>
    <w:p>
      <w:r>
        <w:rPr>
          <w:i/>
          <w:color w:val="12253C"/>
          <w:sz w:val="22"/>
        </w:rPr>
        <w:t>"To defeat the perception that all teenagers are using chemicals."</w:t>
      </w:r>
    </w:p>
    <w:p>
      <w:r>
        <w:rPr>
          <w:b w:val="0"/>
          <w:sz w:val="20"/>
        </w:rPr>
        <w:t>Note what it targets: a perception, not other students' behavior. That distinction is what keeps a group like this from becoming preachy — and preachy groups fail.</w:t>
      </w:r>
    </w:p>
    <w:p/>
    <w:p>
      <w:pPr>
        <w:spacing w:after="200"/>
      </w:pPr>
      <w:r>
        <w:rPr>
          <w:sz w:val="22"/>
        </w:rPr>
        <w:t>Our mission: __________________________________________________________________</w:t>
      </w:r>
    </w:p>
    <w:p>
      <w:pPr>
        <w:spacing w:after="200"/>
      </w:pPr>
      <w:r>
        <w:rPr>
          <w:sz w:val="22"/>
        </w:rPr>
        <w:t xml:space="preserve"> __________________________________________________________________________</w:t>
      </w:r>
    </w:p>
    <w:p>
      <w:pPr>
        <w:spacing w:before="280" w:after="80"/>
      </w:pPr>
      <w:r>
        <w:rPr>
          <w:b/>
          <w:color w:val="12253C"/>
          <w:sz w:val="25"/>
        </w:rPr>
        <w:t>Part 2 — Goals</w:t>
      </w:r>
    </w:p>
    <w:p>
      <w:r>
        <w:rPr>
          <w:b w:val="0"/>
          <w:sz w:val="22"/>
        </w:rPr>
        <w:t>Three to five. Concrete enough to check at the end of the year.</w:t>
      </w:r>
    </w:p>
    <w:p>
      <w:pPr>
        <w:spacing w:after="200"/>
      </w:pPr>
      <w:r>
        <w:rPr>
          <w:sz w:val="22"/>
        </w:rPr>
        <w:t>1. ______________________________________________________________________</w:t>
      </w:r>
    </w:p>
    <w:p>
      <w:pPr>
        <w:spacing w:after="200"/>
      </w:pPr>
      <w:r>
        <w:rPr>
          <w:sz w:val="22"/>
        </w:rPr>
        <w:t>2. ______________________________________________________________________</w:t>
      </w:r>
    </w:p>
    <w:p>
      <w:pPr>
        <w:spacing w:after="200"/>
      </w:pPr>
      <w:r>
        <w:rPr>
          <w:sz w:val="22"/>
        </w:rPr>
        <w:t>3. ______________________________________________________________________</w:t>
      </w:r>
    </w:p>
    <w:p>
      <w:pPr>
        <w:spacing w:after="200"/>
      </w:pPr>
      <w:r>
        <w:rPr>
          <w:sz w:val="22"/>
        </w:rPr>
        <w:t>4. ______________________________________________________________________</w:t>
      </w:r>
    </w:p>
    <w:p>
      <w:pPr>
        <w:spacing w:after="200"/>
      </w:pPr>
      <w:r>
        <w:rPr>
          <w:sz w:val="22"/>
        </w:rPr>
        <w:t>5. ______________________________________________________________________</w:t>
      </w:r>
    </w:p>
    <w:p>
      <w:pPr>
        <w:spacing w:before="280" w:after="80"/>
      </w:pPr>
      <w:r>
        <w:rPr>
          <w:b/>
          <w:color w:val="12253C"/>
          <w:sz w:val="25"/>
        </w:rPr>
        <w:t>Part 3 — Group name</w:t>
      </w:r>
    </w:p>
    <w:p>
      <w:r>
        <w:rPr>
          <w:b w:val="0"/>
          <w:sz w:val="22"/>
        </w:rPr>
        <w:t>Let the students choose. Test it out loud in a hallway before you commit.</w:t>
      </w:r>
    </w:p>
    <w:p>
      <w:pPr>
        <w:spacing w:after="200"/>
      </w:pPr>
      <w:r>
        <w:rPr>
          <w:sz w:val="22"/>
        </w:rPr>
        <w:t>Name: ____________________________________________________________</w:t>
      </w:r>
    </w:p>
    <w:p>
      <w:pPr>
        <w:spacing w:after="200"/>
      </w:pPr>
      <w:r>
        <w:rPr>
          <w:sz w:val="22"/>
        </w:rPr>
        <w:t>Short form / initials: ________________________________________________</w:t>
      </w:r>
    </w:p>
    <w:p>
      <w:pPr>
        <w:spacing w:after="200"/>
      </w:pPr>
      <w:r>
        <w:rPr>
          <w:sz w:val="22"/>
        </w:rPr>
        <w:t>Motto (optional): ______________________________________________________</w:t>
      </w:r>
    </w:p>
    <w:p>
      <w:r>
        <w:rPr>
          <w:b w:val="0"/>
          <w:sz w:val="20"/>
        </w:rPr>
        <w:t>The original group used "not everybody's doing it" and "Stay the Course."</w:t>
      </w:r>
    </w:p>
    <w:p>
      <w:r>
        <w:br w:type="page"/>
      </w:r>
    </w:p>
    <w:p>
      <w:pPr>
        <w:spacing w:before="280" w:after="80"/>
      </w:pPr>
      <w:r>
        <w:rPr>
          <w:b/>
          <w:color w:val="12253C"/>
          <w:sz w:val="25"/>
        </w:rPr>
        <w:t>Part 4 — By-laws</w:t>
      </w:r>
    </w:p>
    <w:p>
      <w:r>
        <w:rPr>
          <w:b w:val="0"/>
          <w:sz w:val="22"/>
        </w:rPr>
        <w:t>Keep this to one page. Fill in what applies.</w:t>
      </w:r>
    </w:p>
    <w:p>
      <w:r>
        <w:rPr>
          <w:b/>
          <w:sz w:val="20"/>
        </w:rPr>
        <w:t>ARTICLE I — PURPOSE</w:t>
      </w:r>
    </w:p>
    <w:p>
      <w:pPr>
        <w:spacing w:after="200"/>
      </w:pPr>
      <w:r>
        <w:rPr>
          <w:sz w:val="22"/>
        </w:rPr>
        <w:t xml:space="preserve"> __________________________________________________________________________</w:t>
      </w:r>
    </w:p>
    <w:p>
      <w:r>
        <w:rPr>
          <w:b/>
          <w:sz w:val="20"/>
        </w:rPr>
        <w:t>ARTICLE II — MEMBERSHIP</w:t>
      </w:r>
    </w:p>
    <w:p>
      <w:r>
        <w:rPr>
          <w:b w:val="0"/>
          <w:sz w:val="20"/>
        </w:rPr>
        <w:t>Open to students in grades: ______   Maximum members (if capped): ______</w:t>
      </w:r>
    </w:p>
    <w:p>
      <w:r>
        <w:rPr>
          <w:b w:val="0"/>
          <w:sz w:val="20"/>
        </w:rPr>
        <w:t>Admission requires: written application, interview, signed commitment agreement</w:t>
      </w:r>
    </w:p>
    <w:p>
      <w:r>
        <w:rPr>
          <w:b/>
          <w:sz w:val="20"/>
        </w:rPr>
        <w:t>ARTICLE III — OFFICERS</w:t>
      </w:r>
    </w:p>
    <w:p>
      <w:r>
        <w:rPr>
          <w:b w:val="0"/>
          <w:sz w:val="20"/>
        </w:rPr>
        <w:t>President · Vice President · Secretary · Treasurer</w:t>
      </w:r>
    </w:p>
    <w:p>
      <w:r>
        <w:rPr>
          <w:b w:val="0"/>
          <w:sz w:val="20"/>
        </w:rPr>
        <w:t>Elected: ____________   Term: ____________   Elections held: ____________</w:t>
      </w:r>
    </w:p>
    <w:p>
      <w:r>
        <w:rPr>
          <w:b w:val="0"/>
          <w:sz w:val="20"/>
        </w:rPr>
        <w:t>Officers-elect shadow current officers for ______ weeks before taking office.</w:t>
      </w:r>
    </w:p>
    <w:p>
      <w:r>
        <w:rPr>
          <w:b/>
          <w:sz w:val="20"/>
        </w:rPr>
        <w:t>ARTICLE IV — MEETINGS</w:t>
      </w:r>
    </w:p>
    <w:p>
      <w:r>
        <w:rPr>
          <w:b w:val="0"/>
          <w:sz w:val="20"/>
        </w:rPr>
        <w:t>Frequency: ____________   Day/time: ____________   Location: ____________</w:t>
      </w:r>
    </w:p>
    <w:p>
      <w:r>
        <w:rPr>
          <w:b w:val="0"/>
          <w:sz w:val="20"/>
        </w:rPr>
        <w:t>Quorum: ______   Minimum attendance required per year: ______</w:t>
      </w:r>
    </w:p>
    <w:p>
      <w:r>
        <w:rPr>
          <w:b/>
          <w:sz w:val="20"/>
        </w:rPr>
        <w:t>ARTICLE V — COMMITTEES</w:t>
      </w:r>
    </w:p>
    <w:p>
      <w:r>
        <w:rPr>
          <w:b w:val="0"/>
          <w:sz w:val="20"/>
        </w:rPr>
        <w:t>Every member serves on at least one. Committees for this year:</w:t>
      </w:r>
    </w:p>
    <w:p>
      <w:pPr>
        <w:spacing w:after="200"/>
      </w:pPr>
      <w:r>
        <w:rPr>
          <w:sz w:val="22"/>
        </w:rPr>
        <w:t xml:space="preserve"> __________________________________________________________________________</w:t>
      </w:r>
    </w:p>
    <w:p>
      <w:r>
        <w:rPr>
          <w:b/>
          <w:sz w:val="20"/>
        </w:rPr>
        <w:t>ARTICLE VI — AMENDMENTS</w:t>
      </w:r>
    </w:p>
    <w:p>
      <w:r>
        <w:rPr>
          <w:b w:val="0"/>
          <w:sz w:val="20"/>
        </w:rPr>
        <w:t>By-laws may be amended by ______ vote of members present, with advisor approval.</w:t>
      </w:r>
    </w:p>
    <w:p>
      <w:r>
        <w:br w:type="page"/>
      </w:r>
    </w:p>
    <w:p>
      <w:pPr>
        <w:spacing w:after="40"/>
      </w:pPr>
      <w:r>
        <w:rPr>
          <w:b/>
          <w:color w:val="F2622E"/>
          <w:sz w:val="17"/>
        </w:rPr>
        <w:t>TEMPLATE 3</w:t>
      </w:r>
    </w:p>
    <w:p>
      <w:pPr>
        <w:spacing w:before="80" w:after="200"/>
      </w:pPr>
      <w:r>
        <w:rPr>
          <w:b/>
          <w:color w:val="12253C"/>
          <w:sz w:val="38"/>
        </w:rPr>
        <w:t>Membership Requirements &amp; Accountability Policy</w:t>
      </w:r>
    </w:p>
    <w:p>
      <w:pPr>
        <w:spacing w:after="200"/>
      </w:pPr>
      <w:r>
        <w:rPr>
          <w:i/>
          <w:color w:val="6B7688"/>
          <w:sz w:val="19"/>
        </w:rPr>
        <w:t>Two accountability models are offered below. Choose one, delete the other, and have your district review before use.</w:t>
      </w:r>
    </w:p>
    <w:p>
      <w:pPr>
        <w:spacing w:before="280" w:after="80"/>
      </w:pPr>
      <w:r>
        <w:rPr>
          <w:b/>
          <w:color w:val="12253C"/>
          <w:sz w:val="25"/>
        </w:rPr>
        <w:t>Membership requirements</w:t>
      </w:r>
    </w:p>
    <w:p>
      <w:r>
        <w:rPr>
          <w:b w:val="0"/>
          <w:sz w:val="22"/>
        </w:rPr>
        <w:t>To join and remain a member of [GROUP NAME], a student must:</w:t>
      </w:r>
    </w:p>
    <w:p>
      <w:pPr>
        <w:pStyle w:val="ListNumber"/>
      </w:pPr>
      <w:r>
        <w:t>Complete a written Application of Intent and an interview.</w:t>
      </w:r>
    </w:p>
    <w:p>
      <w:pPr>
        <w:pStyle w:val="ListNumber"/>
      </w:pPr>
      <w:r>
        <w:t>Submit a Commitment Agreement signed by the student and a parent or guardian.</w:t>
      </w:r>
    </w:p>
    <w:p>
      <w:pPr>
        <w:pStyle w:val="ListNumber"/>
      </w:pPr>
      <w:r>
        <w:t>Complete [SIX] hours of approved community service per [year/semester].</w:t>
      </w:r>
    </w:p>
    <w:p>
      <w:pPr>
        <w:pStyle w:val="ListNumber"/>
      </w:pPr>
      <w:r>
        <w:t>Serve on at least one committee.</w:t>
      </w:r>
    </w:p>
    <w:p>
      <w:pPr>
        <w:pStyle w:val="ListNumber"/>
      </w:pPr>
      <w:r>
        <w:t>Attend at least [X] of [Y] meetings per year.</w:t>
      </w:r>
    </w:p>
    <w:p>
      <w:pPr>
        <w:pStyle w:val="ListNumber"/>
      </w:pPr>
      <w:r>
        <w:t>Remain free of alcohol, nicotine, and other non-prescribed substances.</w:t>
      </w:r>
    </w:p>
    <w:p>
      <w:pPr>
        <w:spacing w:before="280" w:after="80"/>
      </w:pPr>
      <w:r>
        <w:rPr>
          <w:b/>
          <w:color w:val="12253C"/>
          <w:sz w:val="25"/>
        </w:rPr>
        <w:t>Recognition</w:t>
      </w:r>
    </w:p>
    <w:p>
      <w:r>
        <w:rPr>
          <w:b w:val="0"/>
          <w:sz w:val="22"/>
        </w:rPr>
        <w:t>Members who meet all requirements receive [PIN / PATCH / CORD] at the [ANNUAL BANQUET], and are eligible for [DISCOUNT CARD / GRADUATION RECOGNITION].</w:t>
      </w:r>
    </w:p>
    <w:p>
      <w:pPr>
        <w:spacing w:before="280" w:after="80"/>
      </w:pPr>
      <w:r>
        <w:rPr>
          <w:b/>
          <w:color w:val="12253C"/>
          <w:sz w:val="25"/>
        </w:rPr>
        <w:t>Accountability — choose your model</w:t>
      </w:r>
    </w:p>
    <w:p>
      <w:r>
        <w:rPr>
          <w:b w:val="0"/>
          <w:sz w:val="22"/>
        </w:rPr>
        <w:t>Every group needs a written answer to one question: what happens when a member uses? There are two workable models. Pick the one your school can support, delete the other, and make sure applicants read it before they join.</w:t>
      </w:r>
    </w:p>
    <w:p>
      <w:r>
        <w:rPr>
          <w:b/>
          <w:sz w:val="22"/>
        </w:rPr>
        <w:t>MODEL A — Advisor-routed</w:t>
      </w:r>
    </w:p>
    <w:p>
      <w:r>
        <w:rPr>
          <w:b w:val="0"/>
          <w:sz w:val="22"/>
        </w:rPr>
        <w:t>Any concern about a member is brought to the advisor privately. The advisor follows [SCHOOL NAME]'s existing substance-use protocol. Members are not asked to raise concerns with each other.</w:t>
      </w:r>
    </w:p>
    <w:p>
      <w:r>
        <w:rPr>
          <w:b w:val="0"/>
          <w:sz w:val="20"/>
        </w:rPr>
        <w:t>Best when: your district has a formal protocol you must follow, your advisor is not present at informal gatherings, or the group is new and trust is still being built.</w:t>
      </w:r>
    </w:p>
    <w:p/>
    <w:p>
      <w:r>
        <w:rPr>
          <w:b/>
          <w:sz w:val="22"/>
        </w:rPr>
        <w:t>MODEL B — Peer accountability</w:t>
      </w:r>
    </w:p>
    <w:p>
      <w:r>
        <w:rPr>
          <w:b w:val="0"/>
          <w:sz w:val="22"/>
        </w:rPr>
        <w:t>Members agree, as a condition of joining, to hold each other to the commitment — to say something directly, privately and supportively if they are worried about a member, and to bring the advisor in when a situation is beyond them.</w:t>
      </w:r>
    </w:p>
    <w:p>
      <w:r>
        <w:rPr>
          <w:b w:val="0"/>
          <w:sz w:val="20"/>
        </w:rPr>
        <w:t>Best when: the group is small and close, the advisor is genuinely present, and members have chosen this together rather than had it assigned.</w:t>
      </w:r>
    </w:p>
    <w:p/>
    <w:p>
      <w:r>
        <w:rPr>
          <w:b/>
          <w:sz w:val="20"/>
        </w:rPr>
        <w:t>If you choose Model B, include these five conditions:</w:t>
      </w:r>
    </w:p>
    <w:p>
      <w:pPr>
        <w:pStyle w:val="ListBullet"/>
      </w:pPr>
      <w:r>
        <w:t>Consent at the door — peer accountability is written into the commitment agreement, so every member signs up for it knowingly.</w:t>
      </w:r>
    </w:p>
    <w:p>
      <w:pPr>
        <w:pStyle w:val="ListBullet"/>
      </w:pPr>
      <w:r>
        <w:t>Support, not investigation — the conversation is "I care about you and I'm worried," held privately by one or two people who know the member well. Never a group confronting an individual.</w:t>
      </w:r>
    </w:p>
    <w:p>
      <w:pPr>
        <w:pStyle w:val="ListBullet"/>
      </w:pPr>
      <w:r>
        <w:t>A clear handoff line — members bring in the advisor at any sign of dependence, distress or safety risk, or whenever the member asks them to.</w:t>
      </w:r>
    </w:p>
    <w:p>
      <w:pPr>
        <w:pStyle w:val="ListBullet"/>
      </w:pPr>
      <w:r>
        <w:t>Confidentiality with stated limits — what members share stays in the group, except for safety concerns and anything the advisor must report. State the exception at induction.</w:t>
      </w:r>
    </w:p>
    <w:p>
      <w:pPr>
        <w:pStyle w:val="ListBullet"/>
      </w:pPr>
      <w:r>
        <w:t>Advisor visibility — the advisor knows when a peer conversation has happened, even without details.</w:t>
      </w:r>
    </w:p>
    <w:p/>
    <w:p>
      <w:r>
        <w:rPr>
          <w:b/>
          <w:sz w:val="22"/>
        </w:rPr>
        <w:t>OPTIONAL — Commitment circle</w:t>
      </w:r>
    </w:p>
    <w:p>
      <w:r>
        <w:rPr>
          <w:b w:val="0"/>
          <w:sz w:val="20"/>
        </w:rPr>
        <w:t>Some groups run a session where new members share where they are coming from, including any past use, and the group talks about it openly. It can build real trust. If you run it: disclosure is voluntary and never required for membership, the advisor is present, ground rules are agreed in advance (what's said here stays here; nobody is questioned about it afterward), and any student who prefers a one-to-one conversation can have one with no loss of standing. If those conditions can't be met, skip it — commitment can be entirely forward-looking.</w:t>
      </w:r>
    </w:p>
    <w:p>
      <w:pPr>
        <w:spacing w:before="280" w:after="80"/>
      </w:pPr>
      <w:r>
        <w:rPr>
          <w:b/>
          <w:color w:val="12253C"/>
          <w:sz w:val="25"/>
        </w:rPr>
        <w:t>The baseline both models share</w:t>
      </w:r>
    </w:p>
    <w:p>
      <w:r>
        <w:rPr>
          <w:b/>
          <w:sz w:val="22"/>
        </w:rPr>
        <w:t>Missed meetings.</w:t>
      </w:r>
    </w:p>
    <w:p>
      <w:r>
        <w:rPr>
          <w:b w:val="0"/>
          <w:sz w:val="22"/>
        </w:rPr>
        <w:t>Three missed meetings without prior notice adds [SIX] hours of community service. Continued non-attendance may result in removal from the roster.</w:t>
      </w:r>
    </w:p>
    <w:p>
      <w:r>
        <w:rPr>
          <w:b/>
          <w:sz w:val="22"/>
        </w:rPr>
        <w:t>A member has used and says so.</w:t>
      </w:r>
    </w:p>
    <w:p>
      <w:r>
        <w:rPr>
          <w:b w:val="0"/>
          <w:sz w:val="22"/>
        </w:rPr>
        <w:t>First occurrence: probation for [PERIOD] plus [TWELVE] additional service hours. The advisor will offer a private conversation about support and, where appropriate, connect the student with school or community resources. Second occurrence: membership ends.</w:t>
      </w:r>
    </w:p>
    <w:p>
      <w:r>
        <w:rPr>
          <w:b/>
          <w:sz w:val="22"/>
        </w:rPr>
        <w:t>Signs of dependence or distress.</w:t>
      </w:r>
    </w:p>
    <w:p>
      <w:r>
        <w:rPr>
          <w:b w:val="0"/>
          <w:sz w:val="22"/>
        </w:rPr>
        <w:t>Brought to the advisor immediately, under either model. This is past what a peer group should carry, and every member should know that.</w:t>
      </w:r>
    </w:p>
    <w:p>
      <w:r>
        <w:rPr>
          <w:b/>
          <w:sz w:val="22"/>
        </w:rPr>
        <w:t>A member leaves or is removed.</w:t>
      </w:r>
    </w:p>
    <w:p>
      <w:r>
        <w:rPr>
          <w:b w:val="0"/>
          <w:sz w:val="22"/>
        </w:rPr>
        <w:t>Handled privately. No announcement is made to the membership.</w:t>
      </w:r>
    </w:p>
    <w:p>
      <w:r>
        <w:rPr>
          <w:b/>
          <w:sz w:val="22"/>
        </w:rPr>
        <w:t>Returning after removal.</w:t>
      </w:r>
    </w:p>
    <w:p>
      <w:r>
        <w:rPr>
          <w:b w:val="0"/>
          <w:sz w:val="22"/>
        </w:rPr>
        <w:t>A student whose membership ended may reapply after [PERIOD] following a conversation with the advisor. One mistake should not permanently close the door.</w:t>
      </w:r>
    </w:p>
    <w:p>
      <w:pPr>
        <w:spacing w:before="280" w:after="80"/>
      </w:pPr>
      <w:r>
        <w:rPr>
          <w:b/>
          <w:color w:val="12253C"/>
          <w:sz w:val="25"/>
        </w:rPr>
        <w:t>Confidentiality</w:t>
      </w:r>
    </w:p>
    <w:p>
      <w:r>
        <w:rPr>
          <w:b w:val="0"/>
          <w:sz w:val="22"/>
        </w:rPr>
        <w:t>Anything a student shares with the advisor about their own substance use is handled under [SCHOOL NAME]'s confidentiality and mandated-reporting policies. Students should be told what those limits are before they join.</w:t>
      </w:r>
    </w:p>
    <w:p>
      <w:pPr>
        <w:spacing w:before="120" w:after="120"/>
      </w:pPr>
      <w:r>
        <w:rPr>
          <w:color w:val="D8DEE7"/>
        </w:rPr>
        <w:t>______________________________________________________________________________</w:t>
      </w:r>
    </w:p>
    <w:p>
      <w:r>
        <w:rPr>
          <w:b/>
          <w:sz w:val="20"/>
        </w:rPr>
        <w:t>WRITE IT DOWN BEFORE YOU NEED IT</w:t>
      </w:r>
    </w:p>
    <w:p>
      <w:r>
        <w:rPr>
          <w:b w:val="0"/>
          <w:sz w:val="20"/>
        </w:rPr>
        <w:t>Whichever model you choose, decide it and put it on paper before your first member joins. Almost every problem groups run into with accountability comes from making the rule up in the moment, with a specific student in front of them.</w:t>
      </w:r>
    </w:p>
    <w:p>
      <w:r>
        <w:br w:type="page"/>
      </w:r>
    </w:p>
    <w:p>
      <w:pPr>
        <w:spacing w:after="40"/>
      </w:pPr>
      <w:r>
        <w:rPr>
          <w:b/>
          <w:color w:val="F2622E"/>
          <w:sz w:val="17"/>
        </w:rPr>
        <w:t>TEMPLATE 4</w:t>
      </w:r>
    </w:p>
    <w:p>
      <w:pPr>
        <w:spacing w:before="80" w:after="200"/>
      </w:pPr>
      <w:r>
        <w:rPr>
          <w:b/>
          <w:color w:val="12253C"/>
          <w:sz w:val="38"/>
        </w:rPr>
        <w:t>Application of Intent</w:t>
      </w:r>
    </w:p>
    <w:p>
      <w:pPr>
        <w:spacing w:after="200"/>
      </w:pPr>
      <w:r>
        <w:rPr>
          <w:i/>
          <w:color w:val="6B7688"/>
          <w:sz w:val="19"/>
        </w:rPr>
        <w:t>The friction is deliberate. An application that takes effort makes membership mean something.</w:t>
      </w:r>
    </w:p>
    <w:p>
      <w:r>
        <w:rPr>
          <w:b w:val="0"/>
          <w:sz w:val="22"/>
        </w:rPr>
        <w:t>[SCHOOL LETTERHEAD] · [GROUP NAME]</w:t>
      </w:r>
    </w:p>
    <w:p>
      <w:pPr>
        <w:spacing w:before="120" w:after="120"/>
      </w:pPr>
      <w:r>
        <w:rPr>
          <w:color w:val="D8DEE7"/>
        </w:rPr>
        <w:t>______________________________________________________________________________</w:t>
      </w:r>
    </w:p>
    <w:p>
      <w:r>
        <w:rPr>
          <w:b w:val="0"/>
          <w:sz w:val="22"/>
        </w:rPr>
        <w:t>Name: ______________________________     Date: ______________</w:t>
      </w:r>
    </w:p>
    <w:p>
      <w:r>
        <w:rPr>
          <w:b w:val="0"/>
          <w:sz w:val="22"/>
        </w:rPr>
        <w:t>Grade: ________     Student ID: ________________</w:t>
      </w:r>
    </w:p>
    <w:p>
      <w:r>
        <w:rPr>
          <w:b w:val="0"/>
          <w:sz w:val="22"/>
        </w:rPr>
        <w:t>Email: ______________________________     Phone: ______________</w:t>
      </w:r>
    </w:p>
    <w:p/>
    <w:p>
      <w:r>
        <w:rPr>
          <w:b/>
          <w:sz w:val="22"/>
        </w:rPr>
        <w:t>1. Why do you want to be a member of this group?</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r>
        <w:rPr>
          <w:b/>
          <w:sz w:val="22"/>
        </w:rPr>
        <w:t>2. Why have you chosen not to use alcohol, nicotine, or other substances?</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r>
        <w:br w:type="page"/>
      </w:r>
    </w:p>
    <w:p>
      <w:r>
        <w:rPr>
          <w:b/>
          <w:sz w:val="22"/>
        </w:rPr>
        <w:t>3. What would you contribute? Which committee interests you, and why?</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pPr>
        <w:spacing w:after="200"/>
      </w:pPr>
      <w:r>
        <w:rPr>
          <w:sz w:val="22"/>
        </w:rPr>
        <w:t xml:space="preserve"> __________________________________________________________________________</w:t>
      </w:r>
    </w:p>
    <w:p>
      <w:r>
        <w:rPr>
          <w:b/>
          <w:sz w:val="22"/>
        </w:rPr>
        <w:t>4. List two adults (not family members) who can serve as references.</w:t>
      </w:r>
    </w:p>
    <w:p/>
    <w:p>
      <w:r>
        <w:rPr>
          <w:b/>
          <w:sz w:val="20"/>
        </w:rPr>
        <w:t>Reference 1</w:t>
      </w:r>
    </w:p>
    <w:p>
      <w:r>
        <w:rPr>
          <w:b w:val="0"/>
          <w:sz w:val="20"/>
        </w:rPr>
        <w:t>Name: __________________________  Relationship: __________________________</w:t>
      </w:r>
    </w:p>
    <w:p>
      <w:r>
        <w:rPr>
          <w:b w:val="0"/>
          <w:sz w:val="20"/>
        </w:rPr>
        <w:t>Email: __________________________  Phone: ______________________</w:t>
      </w:r>
    </w:p>
    <w:p/>
    <w:p>
      <w:r>
        <w:rPr>
          <w:b/>
          <w:sz w:val="20"/>
        </w:rPr>
        <w:t>Reference 2</w:t>
      </w:r>
    </w:p>
    <w:p>
      <w:r>
        <w:rPr>
          <w:b w:val="0"/>
          <w:sz w:val="20"/>
        </w:rPr>
        <w:t>Name: __________________________  Relationship: __________________________</w:t>
      </w:r>
    </w:p>
    <w:p>
      <w:r>
        <w:rPr>
          <w:b w:val="0"/>
          <w:sz w:val="20"/>
        </w:rPr>
        <w:t>Email: __________________________  Phone: ______________________</w:t>
      </w:r>
    </w:p>
    <w:p/>
    <w:p>
      <w:r>
        <w:rPr>
          <w:b w:val="0"/>
          <w:sz w:val="20"/>
        </w:rPr>
        <w:t>I understand that membership requires an interview, a signed commitment agreement, community service hours, committee participation, meeting attendance, and remaining substance-free.</w:t>
      </w:r>
    </w:p>
    <w:p/>
    <w:p>
      <w:r>
        <w:rPr>
          <w:b w:val="0"/>
          <w:sz w:val="22"/>
        </w:rPr>
        <w:t>Student signature: ______________________________  Date: ______________</w:t>
      </w:r>
    </w:p>
    <w:p>
      <w:pPr>
        <w:spacing w:before="120" w:after="120"/>
      </w:pPr>
      <w:r>
        <w:rPr>
          <w:color w:val="D8DEE7"/>
        </w:rPr>
        <w:t>______________________________________________________________________________</w:t>
      </w:r>
    </w:p>
    <w:p>
      <w:r>
        <w:rPr>
          <w:b/>
          <w:sz w:val="19"/>
        </w:rPr>
        <w:t>FOR ADVISOR USE</w:t>
      </w:r>
    </w:p>
    <w:p>
      <w:r>
        <w:rPr>
          <w:b w:val="0"/>
          <w:sz w:val="19"/>
        </w:rPr>
        <w:t>Interview date: ____________   Interviewed by: ____________________________</w:t>
      </w:r>
    </w:p>
    <w:p>
      <w:r>
        <w:rPr>
          <w:b w:val="0"/>
          <w:sz w:val="19"/>
        </w:rPr>
        <w:t>References contacted:  ☐ 1   ☐ 2        Sponsor assigned: ________________</w:t>
      </w:r>
    </w:p>
    <w:p>
      <w:r>
        <w:rPr>
          <w:b w:val="0"/>
          <w:sz w:val="19"/>
        </w:rPr>
        <w:t>Decision:  ☐ Accepted   ☐ Deferred   ☐ Declined      Date: ____________</w:t>
      </w:r>
    </w:p>
    <w:p>
      <w:r>
        <w:rPr>
          <w:b w:val="0"/>
          <w:sz w:val="19"/>
        </w:rPr>
        <w:t>Notes: ______________________________________________________________</w:t>
      </w:r>
    </w:p>
    <w:p>
      <w:r>
        <w:br w:type="page"/>
      </w:r>
    </w:p>
    <w:p>
      <w:pPr>
        <w:spacing w:after="40"/>
      </w:pPr>
      <w:r>
        <w:rPr>
          <w:b/>
          <w:color w:val="F2622E"/>
          <w:sz w:val="17"/>
        </w:rPr>
        <w:t>TEMPLATE 5</w:t>
      </w:r>
    </w:p>
    <w:p>
      <w:pPr>
        <w:spacing w:before="80" w:after="200"/>
      </w:pPr>
      <w:r>
        <w:rPr>
          <w:b/>
          <w:color w:val="12253C"/>
          <w:sz w:val="38"/>
        </w:rPr>
        <w:t>Student &amp; Parent Commitment Agreement</w:t>
      </w:r>
    </w:p>
    <w:p>
      <w:pPr>
        <w:spacing w:after="200"/>
      </w:pPr>
      <w:r>
        <w:rPr>
          <w:i/>
          <w:color w:val="6B7688"/>
          <w:sz w:val="19"/>
        </w:rPr>
        <w:t>Both signatures matter. The parent signature puts the commitment in the home, not just the building.</w:t>
      </w:r>
    </w:p>
    <w:p>
      <w:r>
        <w:rPr>
          <w:b w:val="0"/>
          <w:sz w:val="22"/>
        </w:rPr>
        <w:t>[SCHOOL LETTERHEAD] · [GROUP NAME]</w:t>
      </w:r>
    </w:p>
    <w:p>
      <w:pPr>
        <w:spacing w:before="120" w:after="120"/>
      </w:pPr>
      <w:r>
        <w:rPr>
          <w:color w:val="D8DEE7"/>
        </w:rPr>
        <w:t>______________________________________________________________________________</w:t>
      </w:r>
    </w:p>
    <w:p>
      <w:r>
        <w:rPr>
          <w:b/>
          <w:sz w:val="23"/>
        </w:rPr>
        <w:t>STUDENT COMMITMENT</w:t>
      </w:r>
    </w:p>
    <w:p>
      <w:r>
        <w:rPr>
          <w:b w:val="0"/>
          <w:sz w:val="22"/>
        </w:rPr>
        <w:t>As a member of [GROUP NAME], I commit to the following:</w:t>
      </w:r>
    </w:p>
    <w:p>
      <w:pPr>
        <w:pStyle w:val="ListBullet"/>
      </w:pPr>
      <w:r>
        <w:t>I will not use alcohol, nicotine, or other non-prescribed substances.</w:t>
      </w:r>
    </w:p>
    <w:p>
      <w:pPr>
        <w:pStyle w:val="ListBullet"/>
      </w:pPr>
      <w:r>
        <w:t>I will follow my school's rules regarding alcohol and other drugs, on and off school grounds.</w:t>
      </w:r>
    </w:p>
    <w:p>
      <w:pPr>
        <w:pStyle w:val="ListBullet"/>
      </w:pPr>
      <w:r>
        <w:t>I will represent this group by example rather than by lecturing others. My focus is my own choices, not other students' choices.</w:t>
      </w:r>
    </w:p>
    <w:p>
      <w:pPr>
        <w:pStyle w:val="ListBullet"/>
      </w:pPr>
      <w:r>
        <w:t>I will learn what I can about the effects of alcohol and other drugs, so that my decisions are informed ones.</w:t>
      </w:r>
    </w:p>
    <w:p>
      <w:pPr>
        <w:pStyle w:val="ListBullet"/>
      </w:pPr>
      <w:r>
        <w:t>I will support classmates who are seeking help. [MODEL A: I will bring any concern about a group member to our advisor privately.] [MODEL B: If I am worried about a group member, I will speak with them privately and supportively, and I will bring our advisor in if the situation is beyond me or involves anyone's safety.]</w:t>
      </w:r>
    </w:p>
    <w:p>
      <w:pPr>
        <w:pStyle w:val="ListBullet"/>
      </w:pPr>
      <w:r>
        <w:t>I will meet the membership requirements: service hours, committee participation, and meeting attendance.</w:t>
      </w:r>
    </w:p>
    <w:p/>
    <w:p>
      <w:r>
        <w:rPr>
          <w:b w:val="0"/>
          <w:sz w:val="20"/>
        </w:rPr>
        <w:t>I understand what happens if I do not keep this commitment, as set out in the Accountability Policy, and I have read that policy.</w:t>
      </w:r>
    </w:p>
    <w:p/>
    <w:p>
      <w:r>
        <w:rPr>
          <w:b w:val="0"/>
          <w:sz w:val="22"/>
        </w:rPr>
        <w:t>Student name (print): ______________________________________</w:t>
      </w:r>
    </w:p>
    <w:p>
      <w:r>
        <w:rPr>
          <w:b w:val="0"/>
          <w:sz w:val="22"/>
        </w:rPr>
        <w:t>Student signature: ______________________________  Date: ____________</w:t>
      </w:r>
    </w:p>
    <w:p>
      <w:pPr>
        <w:spacing w:before="120" w:after="120"/>
      </w:pPr>
      <w:r>
        <w:rPr>
          <w:color w:val="D8DEE7"/>
        </w:rPr>
        <w:t>______________________________________________________________________________</w:t>
      </w:r>
    </w:p>
    <w:p>
      <w:r>
        <w:rPr>
          <w:b/>
          <w:sz w:val="23"/>
        </w:rPr>
        <w:t>PARENT / GUARDIAN SUPPORT</w:t>
      </w:r>
    </w:p>
    <w:p>
      <w:r>
        <w:rPr>
          <w:b w:val="0"/>
          <w:sz w:val="22"/>
        </w:rPr>
        <w:t>I support my child's decision to join [GROUP NAME] and to remain substance-free.</w:t>
      </w:r>
    </w:p>
    <w:p>
      <w:pPr>
        <w:pStyle w:val="ListBullet"/>
      </w:pPr>
      <w:r>
        <w:t>I will support my child in keeping this commitment.</w:t>
      </w:r>
    </w:p>
    <w:p>
      <w:pPr>
        <w:pStyle w:val="ListBullet"/>
      </w:pPr>
      <w:r>
        <w:t>I understand the group's membership requirements and accountability policy.</w:t>
      </w:r>
    </w:p>
    <w:p>
      <w:pPr>
        <w:pStyle w:val="ListBullet"/>
      </w:pPr>
      <w:r>
        <w:t>I understand how the group handles concerns about substance use, as set out in its accountability policy, and that I will be contacted in accordance with school policy.</w:t>
      </w:r>
    </w:p>
    <w:p/>
    <w:p>
      <w:r>
        <w:rPr>
          <w:b w:val="0"/>
          <w:sz w:val="22"/>
        </w:rPr>
        <w:t>Parent/guardian name (print): ______________________________________</w:t>
      </w:r>
    </w:p>
    <w:p>
      <w:r>
        <w:rPr>
          <w:b w:val="0"/>
          <w:sz w:val="22"/>
        </w:rPr>
        <w:t>Parent/guardian signature: ______________________________  Date: ____________</w:t>
      </w:r>
    </w:p>
    <w:p>
      <w:r>
        <w:rPr>
          <w:b w:val="0"/>
          <w:sz w:val="22"/>
        </w:rPr>
        <w:t>Best contact: ______________________________________</w:t>
      </w:r>
    </w:p>
    <w:p/>
    <w:p>
      <w:pPr>
        <w:spacing w:after="200"/>
      </w:pPr>
      <w:r>
        <w:rPr>
          <w:i/>
          <w:color w:val="6B7688"/>
          <w:sz w:val="19"/>
        </w:rPr>
        <w:t>Have this reviewed by your district before use.</w:t>
      </w:r>
    </w:p>
    <w:p>
      <w:r>
        <w:br w:type="page"/>
      </w:r>
    </w:p>
    <w:p>
      <w:pPr>
        <w:spacing w:after="40"/>
      </w:pPr>
      <w:r>
        <w:rPr>
          <w:b/>
          <w:color w:val="F2622E"/>
          <w:sz w:val="17"/>
        </w:rPr>
        <w:t>TEMPLATE 6</w:t>
      </w:r>
    </w:p>
    <w:p>
      <w:pPr>
        <w:spacing w:before="80" w:after="200"/>
      </w:pPr>
      <w:r>
        <w:rPr>
          <w:b/>
          <w:color w:val="12253C"/>
          <w:sz w:val="38"/>
        </w:rPr>
        <w:t>Community Service Log</w:t>
      </w:r>
    </w:p>
    <w:p>
      <w:pPr>
        <w:spacing w:after="200"/>
      </w:pPr>
      <w:r>
        <w:rPr>
          <w:i/>
          <w:color w:val="6B7688"/>
          <w:sz w:val="19"/>
        </w:rPr>
        <w:t>One sheet per member per year. Advisor keeps the original.</w:t>
      </w:r>
    </w:p>
    <w:p>
      <w:r>
        <w:rPr>
          <w:b w:val="0"/>
          <w:sz w:val="22"/>
        </w:rPr>
        <w:t>Member: ______________________________   Grade: ______   Year: ____________</w:t>
      </w:r>
    </w:p>
    <w:p>
      <w:r>
        <w:rPr>
          <w:b w:val="0"/>
          <w:sz w:val="22"/>
        </w:rPr>
        <w:t>Hours required: ______        Hours completed: ______</w:t>
      </w:r>
    </w:p>
    <w:p/>
    <w:tbl>
      <w:tblPr>
        <w:tblStyle w:val="TableGrid"/>
        <w:tblW w:type="auto" w:w="0"/>
        <w:tblLook w:firstColumn="1" w:firstRow="1" w:lastColumn="0" w:lastRow="0" w:noHBand="0" w:noVBand="1" w:val="04A0"/>
      </w:tblPr>
      <w:tblGrid>
        <w:gridCol w:w="1930"/>
        <w:gridCol w:w="1930"/>
        <w:gridCol w:w="1930"/>
        <w:gridCol w:w="1930"/>
        <w:gridCol w:w="1930"/>
      </w:tblGrid>
      <w:tr>
        <w:tc>
          <w:tcPr>
            <w:tcW w:type="dxa" w:w="1224"/>
          </w:tcPr>
          <w:p>
            <w:pPr>
              <w:spacing w:after="60"/>
            </w:pPr>
            <w:r>
              <w:rPr>
                <w:sz w:val="19"/>
              </w:rPr>
            </w:r>
            <w:r>
              <w:rPr>
                <w:b/>
                <w:sz w:val="19"/>
              </w:rPr>
              <w:t>Date</w:t>
            </w:r>
          </w:p>
        </w:tc>
        <w:tc>
          <w:tcPr>
            <w:tcW w:type="dxa" w:w="3600"/>
          </w:tcPr>
          <w:p>
            <w:pPr>
              <w:spacing w:after="60"/>
            </w:pPr>
            <w:r>
              <w:rPr>
                <w:sz w:val="19"/>
              </w:rPr>
            </w:r>
            <w:r>
              <w:rPr>
                <w:b/>
                <w:sz w:val="19"/>
              </w:rPr>
              <w:t>Activity / Organization</w:t>
            </w:r>
          </w:p>
        </w:tc>
        <w:tc>
          <w:tcPr>
            <w:tcW w:type="dxa" w:w="864"/>
          </w:tcPr>
          <w:p>
            <w:pPr>
              <w:spacing w:after="60"/>
            </w:pPr>
            <w:r>
              <w:rPr>
                <w:sz w:val="19"/>
              </w:rPr>
            </w:r>
            <w:r>
              <w:rPr>
                <w:b/>
                <w:sz w:val="19"/>
              </w:rPr>
              <w:t>Hours</w:t>
            </w:r>
          </w:p>
        </w:tc>
        <w:tc>
          <w:tcPr>
            <w:tcW w:type="dxa" w:w="1728"/>
          </w:tcPr>
          <w:p>
            <w:pPr>
              <w:spacing w:after="60"/>
            </w:pPr>
            <w:r>
              <w:rPr>
                <w:sz w:val="19"/>
              </w:rPr>
            </w:r>
            <w:r>
              <w:rPr>
                <w:b/>
                <w:sz w:val="19"/>
              </w:rPr>
              <w:t>Supervisor</w:t>
            </w:r>
          </w:p>
        </w:tc>
        <w:tc>
          <w:tcPr>
            <w:tcW w:type="dxa" w:w="1944"/>
          </w:tcPr>
          <w:p>
            <w:pPr>
              <w:spacing w:after="60"/>
            </w:pPr>
            <w:r>
              <w:rPr>
                <w:sz w:val="19"/>
              </w:rPr>
            </w:r>
            <w:r>
              <w:rPr>
                <w:b/>
                <w:sz w:val="19"/>
              </w:rPr>
              <w:t>Signature</w:t>
            </w: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r>
        <w:tc>
          <w:tcPr>
            <w:tcW w:type="dxa" w:w="1224"/>
          </w:tcPr>
          <w:p>
            <w:pPr>
              <w:spacing w:after="60"/>
            </w:pPr>
          </w:p>
        </w:tc>
        <w:tc>
          <w:tcPr>
            <w:tcW w:type="dxa" w:w="3600"/>
          </w:tcPr>
          <w:p>
            <w:pPr>
              <w:spacing w:after="60"/>
            </w:pPr>
          </w:p>
        </w:tc>
        <w:tc>
          <w:tcPr>
            <w:tcW w:type="dxa" w:w="864"/>
          </w:tcPr>
          <w:p>
            <w:pPr>
              <w:spacing w:after="60"/>
            </w:pPr>
          </w:p>
        </w:tc>
        <w:tc>
          <w:tcPr>
            <w:tcW w:type="dxa" w:w="1728"/>
          </w:tcPr>
          <w:p>
            <w:pPr>
              <w:spacing w:after="60"/>
            </w:pPr>
          </w:p>
        </w:tc>
        <w:tc>
          <w:tcPr>
            <w:tcW w:type="dxa" w:w="1944"/>
          </w:tcPr>
          <w:p>
            <w:pPr>
              <w:spacing w:after="60"/>
            </w:pPr>
          </w:p>
        </w:tc>
      </w:tr>
    </w:tbl>
    <w:p/>
    <w:p>
      <w:r>
        <w:rPr>
          <w:b w:val="0"/>
          <w:sz w:val="22"/>
        </w:rPr>
        <w:t>Advisor verification: ______________________________  Date: ____________</w:t>
      </w:r>
    </w:p>
    <w:p>
      <w:r>
        <w:br w:type="page"/>
      </w:r>
    </w:p>
    <w:p>
      <w:pPr>
        <w:spacing w:after="40"/>
      </w:pPr>
      <w:r>
        <w:rPr>
          <w:b/>
          <w:color w:val="F2622E"/>
          <w:sz w:val="17"/>
        </w:rPr>
        <w:t>TEMPLATE 7</w:t>
      </w:r>
    </w:p>
    <w:p>
      <w:pPr>
        <w:spacing w:before="80" w:after="200"/>
      </w:pPr>
      <w:r>
        <w:rPr>
          <w:b/>
          <w:color w:val="12253C"/>
          <w:sz w:val="38"/>
        </w:rPr>
        <w:t>Business Sponsorship Letter</w:t>
      </w:r>
    </w:p>
    <w:p>
      <w:pPr>
        <w:spacing w:after="200"/>
      </w:pPr>
      <w:r>
        <w:rPr>
          <w:i/>
          <w:color w:val="6B7688"/>
          <w:sz w:val="19"/>
        </w:rPr>
        <w:t>Send students to deliver this in person where you can. It works far better than mail.</w:t>
      </w:r>
    </w:p>
    <w:p>
      <w:r>
        <w:rPr>
          <w:b w:val="0"/>
          <w:sz w:val="22"/>
        </w:rPr>
        <w:t>[SCHOOL LETTERHEAD]</w:t>
      </w:r>
    </w:p>
    <w:p/>
    <w:p>
      <w:r>
        <w:rPr>
          <w:b w:val="0"/>
          <w:sz w:val="22"/>
        </w:rPr>
        <w:t>[DATE]</w:t>
      </w:r>
    </w:p>
    <w:p/>
    <w:p>
      <w:r>
        <w:rPr>
          <w:b w:val="0"/>
          <w:sz w:val="22"/>
        </w:rPr>
        <w:t>Dear [BUSINESS OWNER / MANAGER],</w:t>
      </w:r>
    </w:p>
    <w:p>
      <w:r>
        <w:rPr>
          <w:b w:val="0"/>
          <w:sz w:val="22"/>
        </w:rPr>
        <w:t>My name is [NAME] and I am the advisor to [GROUP NAME] at [SCHOOL NAME]. We are a group of [NUMBER] students who have made a commitment to stay free of alcohol, nicotine, and other substances — and who are trying to make that choice visible to the rest of our school.</w:t>
      </w:r>
    </w:p>
    <w:p>
      <w:r>
        <w:rPr>
          <w:b w:val="0"/>
          <w:sz w:val="22"/>
        </w:rPr>
        <w:t>Our mission is to defeat the perception that everyone is using. Most students at [SCHOOL NAME] are not: our own survey found [X]% report no use in the past 30 days. But students estimate the number is far higher, and that belief is one of the strongest predictors of whether a young person starts. We exist to correct it.</w:t>
      </w:r>
    </w:p>
    <w:p>
      <w:r>
        <w:rPr>
          <w:b w:val="0"/>
          <w:sz w:val="22"/>
        </w:rPr>
        <w:t>Our members are involved in athletics, arts, and activities across the school. What brings them together is a desire to have fun without substances. They run community service projects, hold monthly social events, and meet as a group [FREQUENCY]. Membership requires an application, a signed commitment agreement, service hours, and staying substance-free.</w:t>
      </w:r>
    </w:p>
    <w:p>
      <w:pPr>
        <w:spacing w:before="280" w:after="80"/>
      </w:pPr>
      <w:r>
        <w:rPr>
          <w:b/>
          <w:color w:val="12253C"/>
          <w:sz w:val="25"/>
        </w:rPr>
        <w:t>How you can help</w:t>
      </w:r>
    </w:p>
    <w:p>
      <w:r>
        <w:rPr>
          <w:b w:val="0"/>
          <w:sz w:val="22"/>
        </w:rPr>
        <w:t>We are asking local businesses to support these students in one of two ways:</w:t>
      </w:r>
    </w:p>
    <w:p>
      <w:pPr>
        <w:pStyle w:val="ListBullet"/>
      </w:pPr>
      <w:r>
        <w:t>[DISCOUNT CARD NAME] — offer a discount to card-carrying members, [FREQUENCY / TERMS]. This costs you very little and tells students that adults in the community notice what they're doing.</w:t>
      </w:r>
    </w:p>
    <w:p>
      <w:pPr>
        <w:pStyle w:val="ListBullet"/>
      </w:pPr>
      <w:r>
        <w:t>Event sponsorship — contribute toward the cost of a student activity. Sponsors are recognized at the event, in our materials, and at our annual banquet.</w:t>
      </w:r>
    </w:p>
    <w:p>
      <w:r>
        <w:rPr>
          <w:b w:val="0"/>
          <w:sz w:val="22"/>
        </w:rPr>
        <w:t>There is a reason this matters beyond the discount itself. When a student sees a local business backing their decision, it tells them that adults outside their school believe they made the right call. For a teenager, that is worth more than the ten percent.</w:t>
      </w:r>
    </w:p>
    <w:p>
      <w:r>
        <w:rPr>
          <w:b w:val="0"/>
          <w:sz w:val="22"/>
        </w:rPr>
        <w:t>I will follow up in the next two weeks. If you would like to talk sooner, I can be reached at [EMAIL] or [PHONE].</w:t>
      </w:r>
    </w:p>
    <w:p/>
    <w:p>
      <w:r>
        <w:rPr>
          <w:b w:val="0"/>
          <w:sz w:val="22"/>
        </w:rPr>
        <w:t>Thank you for considering it.</w:t>
      </w:r>
    </w:p>
    <w:p/>
    <w:p>
      <w:r>
        <w:rPr>
          <w:b w:val="0"/>
          <w:sz w:val="22"/>
        </w:rPr>
        <w:t>[NAME]</w:t>
      </w:r>
    </w:p>
    <w:p>
      <w:r>
        <w:rPr>
          <w:b w:val="0"/>
          <w:sz w:val="22"/>
        </w:rPr>
        <w:t>[TITLE], Advisor to [GROUP NAME]</w:t>
      </w:r>
    </w:p>
    <w:p>
      <w:r>
        <w:rPr>
          <w:b w:val="0"/>
          <w:sz w:val="22"/>
        </w:rPr>
        <w:t>[SCHOOL NAME]</w:t>
      </w:r>
    </w:p>
    <w:p>
      <w:r>
        <w:br w:type="page"/>
      </w:r>
    </w:p>
    <w:p>
      <w:pPr>
        <w:spacing w:after="40"/>
      </w:pPr>
      <w:r>
        <w:rPr>
          <w:b/>
          <w:color w:val="F2622E"/>
          <w:sz w:val="17"/>
        </w:rPr>
        <w:t>TEMPLATE 8</w:t>
      </w:r>
    </w:p>
    <w:p>
      <w:pPr>
        <w:spacing w:before="80" w:after="200"/>
      </w:pPr>
      <w:r>
        <w:rPr>
          <w:b/>
          <w:color w:val="12253C"/>
          <w:sz w:val="38"/>
        </w:rPr>
        <w:t>Meeting Agenda Template</w:t>
      </w:r>
    </w:p>
    <w:p>
      <w:pPr>
        <w:spacing w:after="200"/>
      </w:pPr>
      <w:r>
        <w:rPr>
          <w:i/>
          <w:color w:val="6B7688"/>
          <w:sz w:val="19"/>
        </w:rPr>
        <w:t>Keep meetings to 45 minutes. A meeting that runs long is a meeting students stop attending.</w:t>
      </w:r>
    </w:p>
    <w:p>
      <w:r>
        <w:rPr>
          <w:b/>
          <w:sz w:val="24"/>
        </w:rPr>
        <w:t>[GROUP NAME] — Meeting Agenda</w:t>
      </w:r>
    </w:p>
    <w:p>
      <w:r>
        <w:rPr>
          <w:b w:val="0"/>
          <w:sz w:val="22"/>
        </w:rPr>
        <w:t>Date: ______________   Time: ____________   Location: ____________________</w:t>
      </w:r>
    </w:p>
    <w:p>
      <w:r>
        <w:rPr>
          <w:b w:val="0"/>
          <w:sz w:val="22"/>
        </w:rPr>
        <w:t>Facilitator: ____________________   Minutes: ____________________</w:t>
      </w:r>
    </w:p>
    <w:p>
      <w:pPr>
        <w:spacing w:before="120" w:after="120"/>
      </w:pPr>
      <w:r>
        <w:rPr>
          <w:color w:val="D8DEE7"/>
        </w:rPr>
        <w:t>______________________________________________________________________________</w:t>
      </w:r>
    </w:p>
    <w:tbl>
      <w:tblPr>
        <w:tblStyle w:val="TableGrid"/>
        <w:tblW w:type="auto" w:w="0"/>
        <w:tblLook w:firstColumn="1" w:firstRow="1" w:lastColumn="0" w:lastRow="0" w:noHBand="0" w:noVBand="1" w:val="04A0"/>
      </w:tblPr>
      <w:tblGrid>
        <w:gridCol w:w="3216"/>
        <w:gridCol w:w="3216"/>
        <w:gridCol w:w="3216"/>
      </w:tblGrid>
      <w:tr>
        <w:tc>
          <w:tcPr>
            <w:tcW w:type="dxa" w:w="2736"/>
          </w:tcPr>
          <w:p>
            <w:r/>
            <w:r>
              <w:rPr>
                <w:b/>
                <w:sz w:val="19"/>
              </w:rPr>
              <w:t>Item</w:t>
            </w:r>
          </w:p>
        </w:tc>
        <w:tc>
          <w:tcPr>
            <w:tcW w:type="dxa" w:w="1008"/>
          </w:tcPr>
          <w:p>
            <w:r/>
            <w:r>
              <w:rPr>
                <w:b/>
                <w:sz w:val="19"/>
              </w:rPr>
              <w:t>Time</w:t>
            </w:r>
          </w:p>
        </w:tc>
        <w:tc>
          <w:tcPr>
            <w:tcW w:type="dxa" w:w="5616"/>
          </w:tcPr>
          <w:p>
            <w:r/>
            <w:r>
              <w:rPr>
                <w:b/>
                <w:sz w:val="19"/>
              </w:rPr>
              <w:t>Notes</w:t>
            </w:r>
          </w:p>
        </w:tc>
      </w:tr>
      <w:tr>
        <w:tc>
          <w:tcPr>
            <w:tcW w:type="dxa" w:w="2736"/>
          </w:tcPr>
          <w:p>
            <w:r/>
            <w:r>
              <w:rPr>
                <w:b/>
                <w:sz w:val="19"/>
              </w:rPr>
              <w:t>Welcome &amp; attendance</w:t>
            </w:r>
          </w:p>
        </w:tc>
        <w:tc>
          <w:tcPr>
            <w:tcW w:type="dxa" w:w="1008"/>
          </w:tcPr>
          <w:p>
            <w:r/>
            <w:r>
              <w:rPr>
                <w:sz w:val="19"/>
              </w:rPr>
              <w:t>3 min</w:t>
            </w:r>
          </w:p>
        </w:tc>
        <w:tc>
          <w:tcPr>
            <w:tcW w:type="dxa" w:w="5616"/>
          </w:tcPr>
          <w:p>
            <w:r/>
            <w:r>
              <w:rPr>
                <w:sz w:val="19"/>
              </w:rPr>
              <w:t>Secretary records. Note anyone at risk on attendance requirement.</w:t>
            </w:r>
          </w:p>
        </w:tc>
      </w:tr>
      <w:tr>
        <w:tc>
          <w:tcPr>
            <w:tcW w:type="dxa" w:w="2736"/>
          </w:tcPr>
          <w:p>
            <w:r/>
            <w:r>
              <w:rPr>
                <w:b/>
                <w:sz w:val="19"/>
              </w:rPr>
              <w:t>Minutes from last meeting</w:t>
            </w:r>
          </w:p>
        </w:tc>
        <w:tc>
          <w:tcPr>
            <w:tcW w:type="dxa" w:w="1008"/>
          </w:tcPr>
          <w:p>
            <w:r/>
            <w:r>
              <w:rPr>
                <w:sz w:val="19"/>
              </w:rPr>
              <w:t>3 min</w:t>
            </w:r>
          </w:p>
        </w:tc>
        <w:tc>
          <w:tcPr>
            <w:tcW w:type="dxa" w:w="5616"/>
          </w:tcPr>
          <w:p>
            <w:r/>
            <w:r>
              <w:rPr>
                <w:sz w:val="19"/>
              </w:rPr>
              <w:t>Approve or amend.</w:t>
            </w:r>
          </w:p>
        </w:tc>
      </w:tr>
      <w:tr>
        <w:tc>
          <w:tcPr>
            <w:tcW w:type="dxa" w:w="2736"/>
          </w:tcPr>
          <w:p>
            <w:r/>
            <w:r>
              <w:rPr>
                <w:b/>
                <w:sz w:val="19"/>
              </w:rPr>
              <w:t>Treasurer's report</w:t>
            </w:r>
          </w:p>
        </w:tc>
        <w:tc>
          <w:tcPr>
            <w:tcW w:type="dxa" w:w="1008"/>
          </w:tcPr>
          <w:p>
            <w:r/>
            <w:r>
              <w:rPr>
                <w:sz w:val="19"/>
              </w:rPr>
              <w:t>5 min</w:t>
            </w:r>
          </w:p>
        </w:tc>
        <w:tc>
          <w:tcPr>
            <w:tcW w:type="dxa" w:w="5616"/>
          </w:tcPr>
          <w:p>
            <w:r/>
            <w:r>
              <w:rPr>
                <w:sz w:val="19"/>
              </w:rPr>
              <w:t>Balance, income since last meeting, upcoming costs.</w:t>
            </w:r>
          </w:p>
        </w:tc>
      </w:tr>
      <w:tr>
        <w:tc>
          <w:tcPr>
            <w:tcW w:type="dxa" w:w="2736"/>
          </w:tcPr>
          <w:p>
            <w:r/>
            <w:r>
              <w:rPr>
                <w:b/>
                <w:sz w:val="19"/>
              </w:rPr>
              <w:t>Committee reports</w:t>
            </w:r>
          </w:p>
        </w:tc>
        <w:tc>
          <w:tcPr>
            <w:tcW w:type="dxa" w:w="1008"/>
          </w:tcPr>
          <w:p>
            <w:r/>
            <w:r>
              <w:rPr>
                <w:sz w:val="19"/>
              </w:rPr>
              <w:t>12 min</w:t>
            </w:r>
          </w:p>
        </w:tc>
        <w:tc>
          <w:tcPr>
            <w:tcW w:type="dxa" w:w="5616"/>
          </w:tcPr>
          <w:p>
            <w:r/>
            <w:r>
              <w:rPr>
                <w:sz w:val="19"/>
              </w:rPr>
              <w:t>Two to three minutes each. Social events, fundraising, sponsors, communication, outreach.</w:t>
            </w:r>
          </w:p>
        </w:tc>
      </w:tr>
      <w:tr>
        <w:tc>
          <w:tcPr>
            <w:tcW w:type="dxa" w:w="2736"/>
          </w:tcPr>
          <w:p>
            <w:r/>
            <w:r>
              <w:rPr>
                <w:b/>
                <w:sz w:val="19"/>
              </w:rPr>
              <w:t>Upcoming event</w:t>
            </w:r>
          </w:p>
        </w:tc>
        <w:tc>
          <w:tcPr>
            <w:tcW w:type="dxa" w:w="1008"/>
          </w:tcPr>
          <w:p>
            <w:r/>
            <w:r>
              <w:rPr>
                <w:sz w:val="19"/>
              </w:rPr>
              <w:t>10 min</w:t>
            </w:r>
          </w:p>
        </w:tc>
        <w:tc>
          <w:tcPr>
            <w:tcW w:type="dxa" w:w="5616"/>
          </w:tcPr>
          <w:p>
            <w:r/>
            <w:r>
              <w:rPr>
                <w:sz w:val="19"/>
              </w:rPr>
              <w:t>Next social activity: what's decided, what's outstanding, who owns each piece.</w:t>
            </w:r>
          </w:p>
        </w:tc>
      </w:tr>
      <w:tr>
        <w:tc>
          <w:tcPr>
            <w:tcW w:type="dxa" w:w="2736"/>
          </w:tcPr>
          <w:p>
            <w:r/>
            <w:r>
              <w:rPr>
                <w:b/>
                <w:sz w:val="19"/>
              </w:rPr>
              <w:t>New business</w:t>
            </w:r>
          </w:p>
        </w:tc>
        <w:tc>
          <w:tcPr>
            <w:tcW w:type="dxa" w:w="1008"/>
          </w:tcPr>
          <w:p>
            <w:r/>
            <w:r>
              <w:rPr>
                <w:sz w:val="19"/>
              </w:rPr>
              <w:t>8 min</w:t>
            </w:r>
          </w:p>
        </w:tc>
        <w:tc>
          <w:tcPr>
            <w:tcW w:type="dxa" w:w="5616"/>
          </w:tcPr>
          <w:p>
            <w:r/>
            <w:r>
              <w:rPr>
                <w:sz w:val="19"/>
              </w:rPr>
              <w:t>Member proposals. Vote where needed.</w:t>
            </w:r>
          </w:p>
        </w:tc>
      </w:tr>
      <w:tr>
        <w:tc>
          <w:tcPr>
            <w:tcW w:type="dxa" w:w="2736"/>
          </w:tcPr>
          <w:p>
            <w:r/>
            <w:r>
              <w:rPr>
                <w:b/>
                <w:sz w:val="19"/>
              </w:rPr>
              <w:t>Service hours check</w:t>
            </w:r>
          </w:p>
        </w:tc>
        <w:tc>
          <w:tcPr>
            <w:tcW w:type="dxa" w:w="1008"/>
          </w:tcPr>
          <w:p>
            <w:r/>
            <w:r>
              <w:rPr>
                <w:sz w:val="19"/>
              </w:rPr>
              <w:t>2 min</w:t>
            </w:r>
          </w:p>
        </w:tc>
        <w:tc>
          <w:tcPr>
            <w:tcW w:type="dxa" w:w="5616"/>
          </w:tcPr>
          <w:p>
            <w:r/>
            <w:r>
              <w:rPr>
                <w:sz w:val="19"/>
              </w:rPr>
              <w:t>Reminder of deadline and current standing.</w:t>
            </w:r>
          </w:p>
        </w:tc>
      </w:tr>
      <w:tr>
        <w:tc>
          <w:tcPr>
            <w:tcW w:type="dxa" w:w="2736"/>
          </w:tcPr>
          <w:p>
            <w:r/>
            <w:r>
              <w:rPr>
                <w:b/>
                <w:sz w:val="19"/>
              </w:rPr>
              <w:t>Close</w:t>
            </w:r>
          </w:p>
        </w:tc>
        <w:tc>
          <w:tcPr>
            <w:tcW w:type="dxa" w:w="1008"/>
          </w:tcPr>
          <w:p>
            <w:r/>
            <w:r>
              <w:rPr>
                <w:sz w:val="19"/>
              </w:rPr>
              <w:t>2 min</w:t>
            </w:r>
          </w:p>
        </w:tc>
        <w:tc>
          <w:tcPr>
            <w:tcW w:type="dxa" w:w="5616"/>
          </w:tcPr>
          <w:p>
            <w:r/>
            <w:r>
              <w:rPr>
                <w:sz w:val="19"/>
              </w:rPr>
              <w:t>Next meeting date. One thing each member will do before then.</w:t>
            </w:r>
          </w:p>
        </w:tc>
      </w:tr>
    </w:tbl>
    <w:p/>
    <w:p>
      <w:r>
        <w:rPr>
          <w:b/>
          <w:sz w:val="22"/>
        </w:rPr>
        <w:t>Action items</w:t>
      </w:r>
    </w:p>
    <w:p>
      <w:r>
        <w:rPr>
          <w:b w:val="0"/>
          <w:sz w:val="20"/>
        </w:rPr>
        <w:t>☐  ____________________________________________   Owner: ______________   By: __________</w:t>
      </w:r>
    </w:p>
    <w:p>
      <w:r>
        <w:rPr>
          <w:b w:val="0"/>
          <w:sz w:val="20"/>
        </w:rPr>
        <w:t>☐  ____________________________________________   Owner: ______________   By: __________</w:t>
      </w:r>
    </w:p>
    <w:p>
      <w:r>
        <w:rPr>
          <w:b w:val="0"/>
          <w:sz w:val="20"/>
        </w:rPr>
        <w:t>☐  ____________________________________________   Owner: ______________   By: __________</w:t>
      </w:r>
    </w:p>
    <w:p>
      <w:r>
        <w:rPr>
          <w:b w:val="0"/>
          <w:sz w:val="20"/>
        </w:rPr>
        <w:t>☐  ____________________________________________   Owner: ______________   By: __________</w:t>
      </w:r>
    </w:p>
    <w:p>
      <w:r>
        <w:rPr>
          <w:b w:val="0"/>
          <w:sz w:val="20"/>
        </w:rPr>
        <w:t>☐  ____________________________________________   Owner: ______________   By: __________</w:t>
      </w:r>
    </w:p>
    <w:p>
      <w:r>
        <w:br w:type="page"/>
      </w:r>
    </w:p>
    <w:p>
      <w:pPr>
        <w:spacing w:after="40"/>
      </w:pPr>
      <w:r>
        <w:rPr>
          <w:b/>
          <w:color w:val="F2622E"/>
          <w:sz w:val="17"/>
        </w:rPr>
        <w:t>TEMPLATE 9</w:t>
      </w:r>
    </w:p>
    <w:p>
      <w:pPr>
        <w:spacing w:before="80" w:after="200"/>
      </w:pPr>
      <w:r>
        <w:rPr>
          <w:b/>
          <w:color w:val="12253C"/>
          <w:sz w:val="38"/>
        </w:rPr>
        <w:t>Student Perception Survey</w:t>
      </w:r>
    </w:p>
    <w:p>
      <w:pPr>
        <w:spacing w:after="200"/>
      </w:pPr>
      <w:r>
        <w:rPr>
          <w:i/>
          <w:color w:val="6B7688"/>
          <w:sz w:val="19"/>
        </w:rPr>
        <w:t>Run it in the fall and again in the spring. The change between them is your evidence — for your administration, your funders, and your students.</w:t>
      </w:r>
    </w:p>
    <w:p>
      <w:r>
        <w:rPr>
          <w:b/>
          <w:sz w:val="20"/>
        </w:rPr>
        <w:t>Anonymous. Please do not write your name.</w:t>
      </w:r>
    </w:p>
    <w:p>
      <w:r>
        <w:rPr>
          <w:b w:val="0"/>
          <w:sz w:val="20"/>
        </w:rPr>
        <w:t>Grade: ______        [Optional: Homeroom/Advisory: ____________]</w:t>
      </w:r>
    </w:p>
    <w:p>
      <w:pPr>
        <w:spacing w:before="120" w:after="120"/>
      </w:pPr>
      <w:r>
        <w:rPr>
          <w:color w:val="D8DEE7"/>
        </w:rPr>
        <w:t>______________________________________________________________________________</w:t>
      </w:r>
    </w:p>
    <w:p>
      <w:r>
        <w:rPr>
          <w:b/>
          <w:sz w:val="22"/>
        </w:rPr>
        <w:t>PART A — Your own choices</w:t>
      </w:r>
    </w:p>
    <w:p>
      <w:r>
        <w:rPr>
          <w:b w:val="0"/>
          <w:sz w:val="20"/>
        </w:rPr>
        <w:t>In the past 30 days, how many days did you use any of the following?</w:t>
      </w:r>
    </w:p>
    <w:p>
      <w:r>
        <w:rPr>
          <w:b w:val="0"/>
          <w:sz w:val="20"/>
        </w:rPr>
        <w:t>Alcohol:   ☐ 0 days   ☐ 1–2   ☐ 3–5   ☐ 6–9   ☐ 10–19   ☐ 20–30</w:t>
      </w:r>
    </w:p>
    <w:p>
      <w:r>
        <w:rPr>
          <w:b w:val="0"/>
          <w:sz w:val="20"/>
        </w:rPr>
        <w:t>Nicotine vape / e-cigarette:   ☐ 0 days   ☐ 1–2   ☐ 3–5   ☐ 6–9   ☐ 10–19   ☐ 20–30</w:t>
      </w:r>
    </w:p>
    <w:p>
      <w:r>
        <w:rPr>
          <w:b w:val="0"/>
          <w:sz w:val="20"/>
        </w:rPr>
        <w:t>Nicotine pouches:   ☐ 0 days   ☐ 1–2   ☐ 3–5   ☐ 6–9   ☐ 10–19   ☐ 20–30</w:t>
      </w:r>
    </w:p>
    <w:p>
      <w:r>
        <w:rPr>
          <w:b w:val="0"/>
          <w:sz w:val="20"/>
        </w:rPr>
        <w:t>Cigarettes:   ☐ 0 days   ☐ 1–2   ☐ 3–5   ☐ 6–9   ☐ 10–19   ☐ 20–30</w:t>
      </w:r>
    </w:p>
    <w:p>
      <w:r>
        <w:rPr>
          <w:b w:val="0"/>
          <w:sz w:val="20"/>
        </w:rPr>
        <w:t>Cannabis (any form):   ☐ 0 days   ☐ 1–2   ☐ 3–5   ☐ 6–9   ☐ 10–19   ☐ 20–30</w:t>
      </w:r>
    </w:p>
    <w:p>
      <w:r>
        <w:rPr>
          <w:b w:val="0"/>
          <w:sz w:val="20"/>
        </w:rPr>
        <w:t>Any other non-prescribed substance:   ☐ 0 days   ☐ 1–2   ☐ 3–5   ☐ 6–9   ☐ 10–19   ☐ 20–30</w:t>
      </w:r>
    </w:p>
    <w:p/>
    <w:p>
      <w:r>
        <w:rPr>
          <w:b/>
          <w:sz w:val="22"/>
        </w:rPr>
        <w:t>PART B — What you think others are doing</w:t>
      </w:r>
    </w:p>
    <w:p>
      <w:r>
        <w:rPr>
          <w:b w:val="0"/>
          <w:sz w:val="20"/>
        </w:rPr>
        <w:t>Out of 100 students at this school, how many do you think used each of the following in the past 30 days? Write a number from 0 to 100.</w:t>
      </w:r>
    </w:p>
    <w:p>
      <w:r>
        <w:rPr>
          <w:b w:val="0"/>
          <w:sz w:val="20"/>
        </w:rPr>
        <w:t>Alcohol:   ______ out of 100</w:t>
      </w:r>
    </w:p>
    <w:p>
      <w:r>
        <w:rPr>
          <w:b w:val="0"/>
          <w:sz w:val="20"/>
        </w:rPr>
        <w:t>Nicotine vape / e-cigarette:   ______ out of 100</w:t>
      </w:r>
    </w:p>
    <w:p>
      <w:r>
        <w:rPr>
          <w:b w:val="0"/>
          <w:sz w:val="20"/>
        </w:rPr>
        <w:t>Nicotine pouches:   ______ out of 100</w:t>
      </w:r>
    </w:p>
    <w:p>
      <w:r>
        <w:rPr>
          <w:b w:val="0"/>
          <w:sz w:val="20"/>
        </w:rPr>
        <w:t>Cannabis (any form):   ______ out of 100</w:t>
      </w:r>
    </w:p>
    <w:p/>
    <w:p>
      <w:r>
        <w:rPr>
          <w:b/>
          <w:sz w:val="22"/>
        </w:rPr>
        <w:t>PART C — Norms and belonging</w:t>
      </w:r>
    </w:p>
    <w:p>
      <w:r>
        <w:rPr>
          <w:b w:val="0"/>
          <w:sz w:val="20"/>
        </w:rPr>
        <w:t>Most students at this school would disapprove of a classmate vaping.</w:t>
      </w:r>
    </w:p>
    <w:p>
      <w:r>
        <w:rPr>
          <w:b w:val="0"/>
          <w:sz w:val="20"/>
        </w:rPr>
        <w:t xml:space="preserve">   ☐ Strongly disagree   ☐ Disagree   ☐ Neutral   ☐ Agree   ☐ Strongly agree</w:t>
      </w:r>
    </w:p>
    <w:p>
      <w:r>
        <w:rPr>
          <w:b w:val="0"/>
          <w:sz w:val="20"/>
        </w:rPr>
        <w:t>It is easy to say no at this school without it being a big deal.</w:t>
      </w:r>
    </w:p>
    <w:p>
      <w:r>
        <w:rPr>
          <w:b w:val="0"/>
          <w:sz w:val="20"/>
        </w:rPr>
        <w:t xml:space="preserve">   ☐ Strongly disagree   ☐ Disagree   ☐ Neutral   ☐ Agree   ☐ Strongly agree</w:t>
      </w:r>
    </w:p>
    <w:p>
      <w:r>
        <w:rPr>
          <w:b w:val="0"/>
          <w:sz w:val="20"/>
        </w:rPr>
        <w:t>I know students here who have decided not to use.</w:t>
      </w:r>
    </w:p>
    <w:p>
      <w:r>
        <w:rPr>
          <w:b w:val="0"/>
          <w:sz w:val="20"/>
        </w:rPr>
        <w:t xml:space="preserve">   ☐ Strongly disagree   ☐ Disagree   ☐ Neutral   ☐ Agree   ☐ Strongly agree</w:t>
      </w:r>
    </w:p>
    <w:p>
      <w:r>
        <w:rPr>
          <w:b w:val="0"/>
          <w:sz w:val="20"/>
        </w:rPr>
        <w:t>There are fun things to do at this school that don't involve substances.</w:t>
      </w:r>
    </w:p>
    <w:p>
      <w:r>
        <w:rPr>
          <w:b w:val="0"/>
          <w:sz w:val="20"/>
        </w:rPr>
        <w:t xml:space="preserve">   ☐ Strongly disagree   ☐ Disagree   ☐ Neutral   ☐ Agree   ☐ Strongly agree</w:t>
      </w:r>
    </w:p>
    <w:p/>
    <w:p>
      <w:r>
        <w:rPr>
          <w:b/>
          <w:sz w:val="22"/>
        </w:rPr>
        <w:t>PART D — Interest</w:t>
      </w:r>
    </w:p>
    <w:p>
      <w:r>
        <w:rPr>
          <w:b w:val="0"/>
          <w:sz w:val="20"/>
        </w:rPr>
        <w:t>Would you be interested in a student group for people who have chosen not to use, that runs social activities and service projects?</w:t>
      </w:r>
    </w:p>
    <w:p>
      <w:r>
        <w:rPr>
          <w:b w:val="0"/>
          <w:sz w:val="20"/>
        </w:rPr>
        <w:t xml:space="preserve">   ☐ Yes, I'd join   ☐ Maybe   ☐ I'd come to events but not join   ☐ No</w:t>
      </w:r>
    </w:p>
    <w:p/>
    <w:p>
      <w:r>
        <w:rPr>
          <w:b w:val="0"/>
          <w:sz w:val="20"/>
        </w:rPr>
        <w:t>What kinds of activities would you actually want to go to?</w:t>
      </w:r>
    </w:p>
    <w:p>
      <w:pPr>
        <w:spacing w:after="200"/>
      </w:pPr>
      <w:r>
        <w:rPr>
          <w:sz w:val="22"/>
        </w:rPr>
        <w:t xml:space="preserve"> ________________________________________________________________________</w:t>
      </w:r>
    </w:p>
    <w:p>
      <w:pPr>
        <w:spacing w:after="200"/>
      </w:pPr>
      <w:r>
        <w:rPr>
          <w:sz w:val="22"/>
        </w:rPr>
        <w:t xml:space="preserve"> ________________________________________________________________________</w:t>
      </w:r>
    </w:p>
    <w:p>
      <w:pPr>
        <w:spacing w:after="200"/>
      </w:pPr>
      <w:r>
        <w:rPr>
          <w:sz w:val="22"/>
        </w:rPr>
        <w:t xml:space="preserve"> ________________________________________________________________________</w:t>
      </w:r>
    </w:p>
    <w:p>
      <w:pPr>
        <w:spacing w:before="120" w:after="120"/>
      </w:pPr>
      <w:r>
        <w:rPr>
          <w:color w:val="D8DEE7"/>
        </w:rPr>
        <w:t>______________________________________________________________________________</w:t>
      </w:r>
    </w:p>
    <w:p>
      <w:r>
        <w:rPr>
          <w:b/>
          <w:sz w:val="19"/>
        </w:rPr>
        <w:t>HOW TO USE THE RESULTS</w:t>
      </w:r>
    </w:p>
    <w:p>
      <w:r>
        <w:rPr>
          <w:b w:val="0"/>
          <w:sz w:val="19"/>
        </w:rPr>
        <w:t>Compare Part A to Part B. The distance between the real number and the guess is the misperception your group exists to close. Report both numbers back to students — a poster that says '[X]% of us don't vape. Most of you guessed [Y]%.' does more work than any assembly. Re-run in the spring and show the change.</w:t>
      </w:r>
    </w:p>
    <w:sectPr w:rsidR="00FC693F" w:rsidRPr="0006063C" w:rsidSect="00034616">
      <w:pgSz w:w="12240" w:h="15840"/>
      <w:pgMar w:top="1224" w:right="1296" w:bottom="122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